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12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6"/>
        <w:gridCol w:w="1662"/>
        <w:gridCol w:w="2612"/>
        <w:gridCol w:w="2983"/>
      </w:tblGrid>
      <w:tr w:rsidR="00353E62" w:rsidRPr="007F2640" w14:paraId="700F09B1" w14:textId="77777777" w:rsidTr="00603BA8">
        <w:tc>
          <w:tcPr>
            <w:tcW w:w="1686" w:type="dxa"/>
            <w:vAlign w:val="center"/>
          </w:tcPr>
          <w:p w14:paraId="114AA1E8" w14:textId="77777777" w:rsidR="00353E62" w:rsidRPr="007F2640" w:rsidRDefault="00353E62" w:rsidP="00603BA8">
            <w:pPr>
              <w:pStyle w:val="Title"/>
              <w:pBdr>
                <w:bottom w:val="none" w:sz="0" w:space="0" w:color="auto"/>
              </w:pBd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 wp14:anchorId="0BF3B9AC" wp14:editId="2026C464">
                  <wp:extent cx="932180" cy="873760"/>
                  <wp:effectExtent l="0" t="0" r="1270" b="2540"/>
                  <wp:docPr id="8333712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3073974" name="Picture 72307397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731" cy="907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2" w:type="dxa"/>
            <w:vAlign w:val="center"/>
          </w:tcPr>
          <w:p w14:paraId="7731FCFF" w14:textId="77777777" w:rsidR="00353E62" w:rsidRPr="007F2640" w:rsidRDefault="00353E62" w:rsidP="00603BA8">
            <w:pPr>
              <w:pStyle w:val="Title"/>
              <w:pBdr>
                <w:bottom w:val="none" w:sz="0" w:space="0" w:color="auto"/>
              </w:pBdr>
              <w:jc w:val="center"/>
              <w:rPr>
                <w:rFonts w:asciiTheme="minorHAnsi" w:hAnsiTheme="minorHAnsi"/>
                <w:sz w:val="22"/>
                <w:szCs w:val="22"/>
              </w:rPr>
            </w:pPr>
            <w:hyperlink r:id="rId7" w:history="1">
              <w:r w:rsidRPr="007718BD">
                <w:rPr>
                  <w:rStyle w:val="Hyperlink"/>
                  <w:rFonts w:ascii="Palatino Linotype" w:hAnsi="Palatino Linotype"/>
                  <w:sz w:val="22"/>
                  <w:szCs w:val="22"/>
                </w:rPr>
                <w:t>Website</w:t>
              </w:r>
            </w:hyperlink>
          </w:p>
        </w:tc>
        <w:tc>
          <w:tcPr>
            <w:tcW w:w="2612" w:type="dxa"/>
            <w:vAlign w:val="center"/>
          </w:tcPr>
          <w:p w14:paraId="53C3B9EC" w14:textId="77777777" w:rsidR="00353E62" w:rsidRPr="007F2640" w:rsidRDefault="00353E62" w:rsidP="00603BA8">
            <w:pPr>
              <w:pStyle w:val="Title"/>
              <w:pBdr>
                <w:bottom w:val="none" w:sz="0" w:space="0" w:color="auto"/>
              </w:pBdr>
              <w:jc w:val="center"/>
              <w:rPr>
                <w:rFonts w:asciiTheme="minorHAnsi" w:hAnsiTheme="minorHAnsi"/>
                <w:sz w:val="22"/>
                <w:szCs w:val="22"/>
              </w:rPr>
            </w:pPr>
            <w:hyperlink r:id="rId8" w:history="1">
              <w:r>
                <w:rPr>
                  <w:rStyle w:val="Hyperlink"/>
                  <w:rFonts w:ascii="Palatino Linotype" w:hAnsi="Palatino Linotype"/>
                  <w:sz w:val="22"/>
                  <w:szCs w:val="22"/>
                </w:rPr>
                <w:t>Services</w:t>
              </w:r>
            </w:hyperlink>
          </w:p>
        </w:tc>
        <w:tc>
          <w:tcPr>
            <w:tcW w:w="2983" w:type="dxa"/>
            <w:vAlign w:val="center"/>
          </w:tcPr>
          <w:p w14:paraId="16C0732C" w14:textId="77777777" w:rsidR="00353E62" w:rsidRPr="007F2640" w:rsidRDefault="00353E62" w:rsidP="00603BA8">
            <w:pPr>
              <w:pStyle w:val="Title"/>
              <w:pBdr>
                <w:bottom w:val="none" w:sz="0" w:space="0" w:color="auto"/>
              </w:pBdr>
              <w:jc w:val="center"/>
              <w:rPr>
                <w:rFonts w:asciiTheme="minorHAnsi" w:hAnsiTheme="minorHAnsi"/>
                <w:sz w:val="22"/>
                <w:szCs w:val="22"/>
              </w:rPr>
            </w:pPr>
            <w:hyperlink r:id="rId9" w:history="1">
              <w:r w:rsidRPr="007F2640">
                <w:rPr>
                  <w:rStyle w:val="Hyperlink"/>
                  <w:rFonts w:ascii="Palatino Linotype" w:hAnsi="Palatino Linotype"/>
                  <w:i/>
                  <w:iCs/>
                  <w:sz w:val="22"/>
                  <w:szCs w:val="22"/>
                </w:rPr>
                <w:t>The Editor–Author Perspective Newsletter</w:t>
              </w:r>
            </w:hyperlink>
          </w:p>
        </w:tc>
      </w:tr>
    </w:tbl>
    <w:p w14:paraId="7D73B111" w14:textId="6F60EE9E" w:rsidR="009A64C4" w:rsidRPr="00353E62" w:rsidRDefault="00BE70F3">
      <w:pPr>
        <w:pStyle w:val="Title"/>
        <w:jc w:val="center"/>
        <w:rPr>
          <w:rFonts w:ascii="Palatino Linotype" w:hAnsi="Palatino Linotype"/>
        </w:rPr>
      </w:pPr>
      <w:r w:rsidRPr="00353E62">
        <w:rPr>
          <w:rFonts w:ascii="Palatino Linotype" w:hAnsi="Palatino Linotype"/>
        </w:rPr>
        <w:t xml:space="preserve">Scene GMC Template </w:t>
      </w:r>
      <w:r w:rsidRPr="00353E62">
        <w:rPr>
          <w:rFonts w:ascii="Palatino Linotype" w:hAnsi="Palatino Linotype"/>
        </w:rPr>
        <w:t>+ “Why Now?” Test</w:t>
      </w:r>
    </w:p>
    <w:p w14:paraId="38D53B7F" w14:textId="2DEC9407" w:rsidR="009A64C4" w:rsidRPr="00353E62" w:rsidRDefault="00353E62">
      <w:pPr>
        <w:jc w:val="center"/>
        <w:rPr>
          <w:rFonts w:ascii="Palatino Linotype" w:hAnsi="Palatino Linotype"/>
        </w:rPr>
      </w:pPr>
      <w:r w:rsidRPr="00353E62">
        <w:rPr>
          <w:rFonts w:ascii="Palatino Linotype" w:hAnsi="Palatino Linotype"/>
          <w:i/>
          <w:sz w:val="20"/>
        </w:rPr>
        <w:t xml:space="preserve">Estimated </w:t>
      </w:r>
      <w:r w:rsidR="00BE70F3" w:rsidRPr="00353E62">
        <w:rPr>
          <w:rFonts w:ascii="Palatino Linotype" w:hAnsi="Palatino Linotype"/>
          <w:i/>
          <w:sz w:val="20"/>
        </w:rPr>
        <w:t>Time: 2–5 minutes per scene</w:t>
      </w:r>
    </w:p>
    <w:p w14:paraId="67585B64" w14:textId="77777777" w:rsidR="009A64C4" w:rsidRPr="00353E62" w:rsidRDefault="009A64C4">
      <w:pPr>
        <w:rPr>
          <w:rFonts w:ascii="Palatino Linotype" w:hAnsi="Palatino Linotype"/>
        </w:rPr>
      </w:pPr>
    </w:p>
    <w:p w14:paraId="43B6E684" w14:textId="77777777" w:rsidR="009A64C4" w:rsidRPr="00353E62" w:rsidRDefault="00BE70F3">
      <w:pPr>
        <w:rPr>
          <w:rFonts w:ascii="Palatino Linotype" w:hAnsi="Palatino Linotype"/>
        </w:rPr>
      </w:pPr>
      <w:r w:rsidRPr="00353E62">
        <w:rPr>
          <w:rFonts w:ascii="Palatino Linotype" w:hAnsi="Palatino Linotype"/>
        </w:rPr>
        <w:t xml:space="preserve">Purpose: </w:t>
      </w:r>
      <w:r w:rsidRPr="00353E62">
        <w:rPr>
          <w:rFonts w:ascii="Palatino Linotype" w:hAnsi="Palatino Linotype"/>
          <w:i/>
        </w:rPr>
        <w:t>Tighten every scene so it has narrative drive and emotional logic.</w:t>
      </w:r>
    </w:p>
    <w:p w14:paraId="5AB631F7" w14:textId="77777777" w:rsidR="009A64C4" w:rsidRPr="00353E62" w:rsidRDefault="00BE70F3">
      <w:pPr>
        <w:rPr>
          <w:rFonts w:ascii="Palatino Linotype" w:hAnsi="Palatino Linotype"/>
        </w:rPr>
      </w:pPr>
      <w:r w:rsidRPr="00353E62">
        <w:rPr>
          <w:rFonts w:ascii="Palatino Linotype" w:hAnsi="Palatino Linotype"/>
        </w:rPr>
        <w:t>Quick use: Write the first true thing. Keep it specific. If you get stuck, answer it like you’re explaining it to a friend.</w:t>
      </w:r>
    </w:p>
    <w:p w14:paraId="2D97F117" w14:textId="559619F5" w:rsidR="009A64C4" w:rsidRPr="00353E62" w:rsidRDefault="00BE70F3">
      <w:pPr>
        <w:pStyle w:val="Heading1"/>
        <w:rPr>
          <w:rFonts w:ascii="Palatino Linotype" w:hAnsi="Palatino Linotype"/>
        </w:rPr>
      </w:pPr>
      <w:r w:rsidRPr="00353E62">
        <w:rPr>
          <w:rFonts w:ascii="Palatino Linotype" w:hAnsi="Palatino Linotype"/>
        </w:rPr>
        <w:t xml:space="preserve">GMC </w:t>
      </w:r>
      <w:r w:rsidR="00353E62">
        <w:rPr>
          <w:rFonts w:ascii="Palatino Linotype" w:hAnsi="Palatino Linotype"/>
        </w:rPr>
        <w:t>B</w:t>
      </w:r>
      <w:r w:rsidRPr="00353E62">
        <w:rPr>
          <w:rFonts w:ascii="Palatino Linotype" w:hAnsi="Palatino Linotype"/>
        </w:rPr>
        <w:t>lock (repeat per scene)</w:t>
      </w:r>
    </w:p>
    <w:p w14:paraId="3908D872" w14:textId="77777777" w:rsidR="009A64C4" w:rsidRPr="00353E62" w:rsidRDefault="00BE70F3">
      <w:pPr>
        <w:rPr>
          <w:rFonts w:ascii="Palatino Linotype" w:hAnsi="Palatino Linotype"/>
        </w:rPr>
      </w:pPr>
      <w:r w:rsidRPr="00353E62">
        <w:rPr>
          <w:rFonts w:ascii="Palatino Linotype" w:hAnsi="Palatino Linotype"/>
        </w:rPr>
        <w:t>Tip: Copy/paste this block as many times as you need during your revision pass.</w:t>
      </w:r>
    </w:p>
    <w:p w14:paraId="23646622" w14:textId="77777777" w:rsidR="009A64C4" w:rsidRPr="00353E62" w:rsidRDefault="00BE70F3">
      <w:pPr>
        <w:rPr>
          <w:rFonts w:ascii="Palatino Linotype" w:hAnsi="Palatino Linotype"/>
        </w:rPr>
      </w:pPr>
      <w:r w:rsidRPr="00353E62">
        <w:rPr>
          <w:rFonts w:ascii="Palatino Linotype" w:hAnsi="Palatino Linotype"/>
        </w:rPr>
        <w:t>Scene GMC #1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604"/>
      </w:tblGrid>
      <w:tr w:rsidR="009A64C4" w:rsidRPr="00353E62" w14:paraId="6CE854D3" w14:textId="77777777">
        <w:tc>
          <w:tcPr>
            <w:tcW w:w="3024" w:type="dxa"/>
          </w:tcPr>
          <w:p w14:paraId="5DAEDC39" w14:textId="77777777" w:rsidR="009A64C4" w:rsidRPr="00353E62" w:rsidRDefault="00BE70F3">
            <w:pPr>
              <w:rPr>
                <w:rFonts w:ascii="Palatino Linotype" w:hAnsi="Palatino Linotype"/>
              </w:rPr>
            </w:pPr>
            <w:r w:rsidRPr="00353E62">
              <w:rPr>
                <w:rFonts w:ascii="Palatino Linotype" w:hAnsi="Palatino Linotype"/>
              </w:rPr>
              <w:t>Scene # / Title</w:t>
            </w:r>
          </w:p>
        </w:tc>
        <w:tc>
          <w:tcPr>
            <w:tcW w:w="6912" w:type="dxa"/>
          </w:tcPr>
          <w:p w14:paraId="1843678D" w14:textId="77777777" w:rsidR="009A64C4" w:rsidRPr="00353E62" w:rsidRDefault="009A64C4">
            <w:pPr>
              <w:rPr>
                <w:rFonts w:ascii="Palatino Linotype" w:hAnsi="Palatino Linotype"/>
              </w:rPr>
            </w:pPr>
          </w:p>
        </w:tc>
      </w:tr>
      <w:tr w:rsidR="009A64C4" w:rsidRPr="00353E62" w14:paraId="6F13AB46" w14:textId="77777777">
        <w:tc>
          <w:tcPr>
            <w:tcW w:w="3024" w:type="dxa"/>
          </w:tcPr>
          <w:p w14:paraId="280B233B" w14:textId="77777777" w:rsidR="009A64C4" w:rsidRPr="00353E62" w:rsidRDefault="00BE70F3">
            <w:pPr>
              <w:rPr>
                <w:rFonts w:ascii="Palatino Linotype" w:hAnsi="Palatino Linotype"/>
              </w:rPr>
            </w:pPr>
            <w:r w:rsidRPr="00353E62">
              <w:rPr>
                <w:rFonts w:ascii="Palatino Linotype" w:hAnsi="Palatino Linotype"/>
              </w:rPr>
              <w:t>Goal (what do they want *in this scene*?)</w:t>
            </w:r>
          </w:p>
        </w:tc>
        <w:tc>
          <w:tcPr>
            <w:tcW w:w="6912" w:type="dxa"/>
          </w:tcPr>
          <w:p w14:paraId="4E535C95" w14:textId="77777777" w:rsidR="009A64C4" w:rsidRPr="00353E62" w:rsidRDefault="009A64C4">
            <w:pPr>
              <w:rPr>
                <w:rFonts w:ascii="Palatino Linotype" w:hAnsi="Palatino Linotype"/>
              </w:rPr>
            </w:pPr>
          </w:p>
        </w:tc>
      </w:tr>
      <w:tr w:rsidR="009A64C4" w:rsidRPr="00353E62" w14:paraId="53203C27" w14:textId="77777777">
        <w:tc>
          <w:tcPr>
            <w:tcW w:w="3024" w:type="dxa"/>
          </w:tcPr>
          <w:p w14:paraId="609E92E4" w14:textId="77777777" w:rsidR="009A64C4" w:rsidRPr="00353E62" w:rsidRDefault="00BE70F3">
            <w:pPr>
              <w:rPr>
                <w:rFonts w:ascii="Palatino Linotype" w:hAnsi="Palatino Linotype"/>
              </w:rPr>
            </w:pPr>
            <w:r w:rsidRPr="00353E62">
              <w:rPr>
                <w:rFonts w:ascii="Palatino Linotype" w:hAnsi="Palatino Linotype"/>
              </w:rPr>
              <w:t>Motivation (why does it matter *to them*?)</w:t>
            </w:r>
          </w:p>
        </w:tc>
        <w:tc>
          <w:tcPr>
            <w:tcW w:w="6912" w:type="dxa"/>
          </w:tcPr>
          <w:p w14:paraId="3E761569" w14:textId="77777777" w:rsidR="009A64C4" w:rsidRPr="00353E62" w:rsidRDefault="009A64C4">
            <w:pPr>
              <w:rPr>
                <w:rFonts w:ascii="Palatino Linotype" w:hAnsi="Palatino Linotype"/>
              </w:rPr>
            </w:pPr>
          </w:p>
        </w:tc>
      </w:tr>
      <w:tr w:rsidR="009A64C4" w:rsidRPr="00353E62" w14:paraId="2608CC84" w14:textId="77777777">
        <w:tc>
          <w:tcPr>
            <w:tcW w:w="3024" w:type="dxa"/>
          </w:tcPr>
          <w:p w14:paraId="16B08A4C" w14:textId="77777777" w:rsidR="009A64C4" w:rsidRPr="00353E62" w:rsidRDefault="00BE70F3">
            <w:pPr>
              <w:rPr>
                <w:rFonts w:ascii="Palatino Linotype" w:hAnsi="Palatino Linotype"/>
              </w:rPr>
            </w:pPr>
            <w:r w:rsidRPr="00353E62">
              <w:rPr>
                <w:rFonts w:ascii="Palatino Linotype" w:hAnsi="Palatino Linotype"/>
              </w:rPr>
              <w:t>Conflict (what blocks it?)</w:t>
            </w:r>
          </w:p>
        </w:tc>
        <w:tc>
          <w:tcPr>
            <w:tcW w:w="6912" w:type="dxa"/>
          </w:tcPr>
          <w:p w14:paraId="0DB64F31" w14:textId="77777777" w:rsidR="009A64C4" w:rsidRPr="00353E62" w:rsidRDefault="009A64C4">
            <w:pPr>
              <w:rPr>
                <w:rFonts w:ascii="Palatino Linotype" w:hAnsi="Palatino Linotype"/>
              </w:rPr>
            </w:pPr>
          </w:p>
        </w:tc>
      </w:tr>
      <w:tr w:rsidR="009A64C4" w:rsidRPr="00353E62" w14:paraId="0428F184" w14:textId="77777777">
        <w:tc>
          <w:tcPr>
            <w:tcW w:w="3024" w:type="dxa"/>
          </w:tcPr>
          <w:p w14:paraId="3A9AA2E5" w14:textId="77777777" w:rsidR="009A64C4" w:rsidRPr="00353E62" w:rsidRDefault="00BE70F3">
            <w:pPr>
              <w:rPr>
                <w:rFonts w:ascii="Palatino Linotype" w:hAnsi="Palatino Linotype"/>
              </w:rPr>
            </w:pPr>
            <w:r w:rsidRPr="00353E62">
              <w:rPr>
                <w:rFonts w:ascii="Palatino Linotype" w:hAnsi="Palatino Linotype"/>
              </w:rPr>
              <w:t>Outcome (win/lose/partial)</w:t>
            </w:r>
          </w:p>
        </w:tc>
        <w:tc>
          <w:tcPr>
            <w:tcW w:w="6912" w:type="dxa"/>
          </w:tcPr>
          <w:p w14:paraId="5967F4D8" w14:textId="77777777" w:rsidR="009A64C4" w:rsidRPr="00353E62" w:rsidRDefault="009A64C4">
            <w:pPr>
              <w:rPr>
                <w:rFonts w:ascii="Palatino Linotype" w:hAnsi="Palatino Linotype"/>
              </w:rPr>
            </w:pPr>
          </w:p>
        </w:tc>
      </w:tr>
      <w:tr w:rsidR="009A64C4" w:rsidRPr="00353E62" w14:paraId="4590EA87" w14:textId="77777777">
        <w:tc>
          <w:tcPr>
            <w:tcW w:w="3024" w:type="dxa"/>
          </w:tcPr>
          <w:p w14:paraId="31C60FC6" w14:textId="77777777" w:rsidR="009A64C4" w:rsidRPr="00353E62" w:rsidRDefault="00BE70F3">
            <w:pPr>
              <w:rPr>
                <w:rFonts w:ascii="Palatino Linotype" w:hAnsi="Palatino Linotype"/>
              </w:rPr>
            </w:pPr>
            <w:r w:rsidRPr="00353E62">
              <w:rPr>
                <w:rFonts w:ascii="Palatino Linotype" w:hAnsi="Palatino Linotype"/>
              </w:rPr>
              <w:t>Consequence (what changes next?)</w:t>
            </w:r>
          </w:p>
        </w:tc>
        <w:tc>
          <w:tcPr>
            <w:tcW w:w="6912" w:type="dxa"/>
          </w:tcPr>
          <w:p w14:paraId="1657E8F6" w14:textId="77777777" w:rsidR="009A64C4" w:rsidRPr="00353E62" w:rsidRDefault="009A64C4">
            <w:pPr>
              <w:rPr>
                <w:rFonts w:ascii="Palatino Linotype" w:hAnsi="Palatino Linotype"/>
              </w:rPr>
            </w:pPr>
          </w:p>
        </w:tc>
      </w:tr>
    </w:tbl>
    <w:p w14:paraId="6382099E" w14:textId="77777777" w:rsidR="009A64C4" w:rsidRPr="00353E62" w:rsidRDefault="009A64C4">
      <w:pPr>
        <w:rPr>
          <w:rFonts w:ascii="Palatino Linotype" w:hAnsi="Palatino Linotype"/>
        </w:rPr>
      </w:pPr>
    </w:p>
    <w:p w14:paraId="0EB7E4AB" w14:textId="77777777" w:rsidR="009A64C4" w:rsidRPr="00353E62" w:rsidRDefault="00BE70F3">
      <w:pPr>
        <w:rPr>
          <w:rFonts w:ascii="Palatino Linotype" w:hAnsi="Palatino Linotype"/>
        </w:rPr>
      </w:pPr>
      <w:r w:rsidRPr="00353E62">
        <w:rPr>
          <w:rFonts w:ascii="Palatino Linotype" w:hAnsi="Palatino Linotype"/>
        </w:rPr>
        <w:t>Scene GMC #2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604"/>
      </w:tblGrid>
      <w:tr w:rsidR="009A64C4" w:rsidRPr="00353E62" w14:paraId="1CC902E5" w14:textId="77777777">
        <w:tc>
          <w:tcPr>
            <w:tcW w:w="3024" w:type="dxa"/>
          </w:tcPr>
          <w:p w14:paraId="3FCC27AC" w14:textId="77777777" w:rsidR="009A64C4" w:rsidRPr="00353E62" w:rsidRDefault="00BE70F3">
            <w:pPr>
              <w:rPr>
                <w:rFonts w:ascii="Palatino Linotype" w:hAnsi="Palatino Linotype"/>
              </w:rPr>
            </w:pPr>
            <w:r w:rsidRPr="00353E62">
              <w:rPr>
                <w:rFonts w:ascii="Palatino Linotype" w:hAnsi="Palatino Linotype"/>
              </w:rPr>
              <w:t>Scene # / Title</w:t>
            </w:r>
          </w:p>
        </w:tc>
        <w:tc>
          <w:tcPr>
            <w:tcW w:w="6912" w:type="dxa"/>
          </w:tcPr>
          <w:p w14:paraId="161ACA21" w14:textId="77777777" w:rsidR="009A64C4" w:rsidRPr="00353E62" w:rsidRDefault="009A64C4">
            <w:pPr>
              <w:rPr>
                <w:rFonts w:ascii="Palatino Linotype" w:hAnsi="Palatino Linotype"/>
              </w:rPr>
            </w:pPr>
          </w:p>
        </w:tc>
      </w:tr>
      <w:tr w:rsidR="009A64C4" w:rsidRPr="00353E62" w14:paraId="65D53C8E" w14:textId="77777777">
        <w:tc>
          <w:tcPr>
            <w:tcW w:w="3024" w:type="dxa"/>
          </w:tcPr>
          <w:p w14:paraId="6680D9CA" w14:textId="77777777" w:rsidR="009A64C4" w:rsidRPr="00353E62" w:rsidRDefault="00BE70F3">
            <w:pPr>
              <w:rPr>
                <w:rFonts w:ascii="Palatino Linotype" w:hAnsi="Palatino Linotype"/>
              </w:rPr>
            </w:pPr>
            <w:r w:rsidRPr="00353E62">
              <w:rPr>
                <w:rFonts w:ascii="Palatino Linotype" w:hAnsi="Palatino Linotype"/>
              </w:rPr>
              <w:t>Goal (what do they want *in this scene*?)</w:t>
            </w:r>
          </w:p>
        </w:tc>
        <w:tc>
          <w:tcPr>
            <w:tcW w:w="6912" w:type="dxa"/>
          </w:tcPr>
          <w:p w14:paraId="783008F9" w14:textId="77777777" w:rsidR="009A64C4" w:rsidRPr="00353E62" w:rsidRDefault="009A64C4">
            <w:pPr>
              <w:rPr>
                <w:rFonts w:ascii="Palatino Linotype" w:hAnsi="Palatino Linotype"/>
              </w:rPr>
            </w:pPr>
          </w:p>
        </w:tc>
      </w:tr>
      <w:tr w:rsidR="009A64C4" w:rsidRPr="00353E62" w14:paraId="20AD1356" w14:textId="77777777">
        <w:tc>
          <w:tcPr>
            <w:tcW w:w="3024" w:type="dxa"/>
          </w:tcPr>
          <w:p w14:paraId="4080F66B" w14:textId="77777777" w:rsidR="009A64C4" w:rsidRPr="00353E62" w:rsidRDefault="00BE70F3">
            <w:pPr>
              <w:rPr>
                <w:rFonts w:ascii="Palatino Linotype" w:hAnsi="Palatino Linotype"/>
              </w:rPr>
            </w:pPr>
            <w:r w:rsidRPr="00353E62">
              <w:rPr>
                <w:rFonts w:ascii="Palatino Linotype" w:hAnsi="Palatino Linotype"/>
              </w:rPr>
              <w:t>Motivation (why does it matter *to them*?)</w:t>
            </w:r>
          </w:p>
        </w:tc>
        <w:tc>
          <w:tcPr>
            <w:tcW w:w="6912" w:type="dxa"/>
          </w:tcPr>
          <w:p w14:paraId="2E7A30C0" w14:textId="77777777" w:rsidR="009A64C4" w:rsidRPr="00353E62" w:rsidRDefault="009A64C4">
            <w:pPr>
              <w:rPr>
                <w:rFonts w:ascii="Palatino Linotype" w:hAnsi="Palatino Linotype"/>
              </w:rPr>
            </w:pPr>
          </w:p>
        </w:tc>
      </w:tr>
      <w:tr w:rsidR="009A64C4" w:rsidRPr="00353E62" w14:paraId="40192BB0" w14:textId="77777777">
        <w:tc>
          <w:tcPr>
            <w:tcW w:w="3024" w:type="dxa"/>
          </w:tcPr>
          <w:p w14:paraId="2ACB9F10" w14:textId="77777777" w:rsidR="009A64C4" w:rsidRPr="00353E62" w:rsidRDefault="00BE70F3">
            <w:pPr>
              <w:rPr>
                <w:rFonts w:ascii="Palatino Linotype" w:hAnsi="Palatino Linotype"/>
              </w:rPr>
            </w:pPr>
            <w:r w:rsidRPr="00353E62">
              <w:rPr>
                <w:rFonts w:ascii="Palatino Linotype" w:hAnsi="Palatino Linotype"/>
              </w:rPr>
              <w:t>Conflict (what blocks it?)</w:t>
            </w:r>
          </w:p>
        </w:tc>
        <w:tc>
          <w:tcPr>
            <w:tcW w:w="6912" w:type="dxa"/>
          </w:tcPr>
          <w:p w14:paraId="60A1F3F7" w14:textId="77777777" w:rsidR="009A64C4" w:rsidRPr="00353E62" w:rsidRDefault="009A64C4">
            <w:pPr>
              <w:rPr>
                <w:rFonts w:ascii="Palatino Linotype" w:hAnsi="Palatino Linotype"/>
              </w:rPr>
            </w:pPr>
          </w:p>
        </w:tc>
      </w:tr>
      <w:tr w:rsidR="009A64C4" w:rsidRPr="00353E62" w14:paraId="70E4C5B6" w14:textId="77777777">
        <w:tc>
          <w:tcPr>
            <w:tcW w:w="3024" w:type="dxa"/>
          </w:tcPr>
          <w:p w14:paraId="20ADDA6D" w14:textId="77777777" w:rsidR="009A64C4" w:rsidRPr="00353E62" w:rsidRDefault="00BE70F3">
            <w:pPr>
              <w:rPr>
                <w:rFonts w:ascii="Palatino Linotype" w:hAnsi="Palatino Linotype"/>
              </w:rPr>
            </w:pPr>
            <w:r w:rsidRPr="00353E62">
              <w:rPr>
                <w:rFonts w:ascii="Palatino Linotype" w:hAnsi="Palatino Linotype"/>
              </w:rPr>
              <w:t>Outcome (win/lose/partial)</w:t>
            </w:r>
          </w:p>
        </w:tc>
        <w:tc>
          <w:tcPr>
            <w:tcW w:w="6912" w:type="dxa"/>
          </w:tcPr>
          <w:p w14:paraId="48A1591F" w14:textId="77777777" w:rsidR="009A64C4" w:rsidRPr="00353E62" w:rsidRDefault="009A64C4">
            <w:pPr>
              <w:rPr>
                <w:rFonts w:ascii="Palatino Linotype" w:hAnsi="Palatino Linotype"/>
              </w:rPr>
            </w:pPr>
          </w:p>
        </w:tc>
      </w:tr>
      <w:tr w:rsidR="009A64C4" w:rsidRPr="00353E62" w14:paraId="609148EB" w14:textId="77777777">
        <w:tc>
          <w:tcPr>
            <w:tcW w:w="3024" w:type="dxa"/>
          </w:tcPr>
          <w:p w14:paraId="1381D3F3" w14:textId="77777777" w:rsidR="009A64C4" w:rsidRPr="00353E62" w:rsidRDefault="00BE70F3">
            <w:pPr>
              <w:rPr>
                <w:rFonts w:ascii="Palatino Linotype" w:hAnsi="Palatino Linotype"/>
              </w:rPr>
            </w:pPr>
            <w:r w:rsidRPr="00353E62">
              <w:rPr>
                <w:rFonts w:ascii="Palatino Linotype" w:hAnsi="Palatino Linotype"/>
              </w:rPr>
              <w:lastRenderedPageBreak/>
              <w:t>Consequence (what changes next?)</w:t>
            </w:r>
          </w:p>
        </w:tc>
        <w:tc>
          <w:tcPr>
            <w:tcW w:w="6912" w:type="dxa"/>
          </w:tcPr>
          <w:p w14:paraId="76ACDC6D" w14:textId="77777777" w:rsidR="009A64C4" w:rsidRPr="00353E62" w:rsidRDefault="009A64C4">
            <w:pPr>
              <w:rPr>
                <w:rFonts w:ascii="Palatino Linotype" w:hAnsi="Palatino Linotype"/>
              </w:rPr>
            </w:pPr>
          </w:p>
        </w:tc>
      </w:tr>
    </w:tbl>
    <w:p w14:paraId="40A73B02" w14:textId="77777777" w:rsidR="009A64C4" w:rsidRPr="00353E62" w:rsidRDefault="009A64C4">
      <w:pPr>
        <w:rPr>
          <w:rFonts w:ascii="Palatino Linotype" w:hAnsi="Palatino Linotype"/>
        </w:rPr>
      </w:pPr>
    </w:p>
    <w:p w14:paraId="6A8F9B2F" w14:textId="77777777" w:rsidR="009A64C4" w:rsidRPr="00353E62" w:rsidRDefault="00BE70F3">
      <w:pPr>
        <w:rPr>
          <w:rFonts w:ascii="Palatino Linotype" w:hAnsi="Palatino Linotype"/>
        </w:rPr>
      </w:pPr>
      <w:r w:rsidRPr="00353E62">
        <w:rPr>
          <w:rFonts w:ascii="Palatino Linotype" w:hAnsi="Palatino Linotype"/>
        </w:rPr>
        <w:t>Scene GMC #3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604"/>
      </w:tblGrid>
      <w:tr w:rsidR="009A64C4" w:rsidRPr="00353E62" w14:paraId="21B2EEA4" w14:textId="77777777">
        <w:tc>
          <w:tcPr>
            <w:tcW w:w="3024" w:type="dxa"/>
          </w:tcPr>
          <w:p w14:paraId="224143A6" w14:textId="77777777" w:rsidR="009A64C4" w:rsidRPr="00353E62" w:rsidRDefault="00BE70F3">
            <w:pPr>
              <w:rPr>
                <w:rFonts w:ascii="Palatino Linotype" w:hAnsi="Palatino Linotype"/>
              </w:rPr>
            </w:pPr>
            <w:r w:rsidRPr="00353E62">
              <w:rPr>
                <w:rFonts w:ascii="Palatino Linotype" w:hAnsi="Palatino Linotype"/>
              </w:rPr>
              <w:t>Scene # / Title</w:t>
            </w:r>
          </w:p>
        </w:tc>
        <w:tc>
          <w:tcPr>
            <w:tcW w:w="6912" w:type="dxa"/>
          </w:tcPr>
          <w:p w14:paraId="3CCD0E86" w14:textId="77777777" w:rsidR="009A64C4" w:rsidRPr="00353E62" w:rsidRDefault="009A64C4">
            <w:pPr>
              <w:rPr>
                <w:rFonts w:ascii="Palatino Linotype" w:hAnsi="Palatino Linotype"/>
              </w:rPr>
            </w:pPr>
          </w:p>
        </w:tc>
      </w:tr>
      <w:tr w:rsidR="009A64C4" w:rsidRPr="00353E62" w14:paraId="0CC7BEFE" w14:textId="77777777">
        <w:tc>
          <w:tcPr>
            <w:tcW w:w="3024" w:type="dxa"/>
          </w:tcPr>
          <w:p w14:paraId="6879D9C0" w14:textId="77777777" w:rsidR="009A64C4" w:rsidRPr="00353E62" w:rsidRDefault="00BE70F3">
            <w:pPr>
              <w:rPr>
                <w:rFonts w:ascii="Palatino Linotype" w:hAnsi="Palatino Linotype"/>
              </w:rPr>
            </w:pPr>
            <w:r w:rsidRPr="00353E62">
              <w:rPr>
                <w:rFonts w:ascii="Palatino Linotype" w:hAnsi="Palatino Linotype"/>
              </w:rPr>
              <w:t>Goal (what do they want *in this scene*?)</w:t>
            </w:r>
          </w:p>
        </w:tc>
        <w:tc>
          <w:tcPr>
            <w:tcW w:w="6912" w:type="dxa"/>
          </w:tcPr>
          <w:p w14:paraId="25A3823A" w14:textId="77777777" w:rsidR="009A64C4" w:rsidRPr="00353E62" w:rsidRDefault="009A64C4">
            <w:pPr>
              <w:rPr>
                <w:rFonts w:ascii="Palatino Linotype" w:hAnsi="Palatino Linotype"/>
              </w:rPr>
            </w:pPr>
          </w:p>
        </w:tc>
      </w:tr>
      <w:tr w:rsidR="009A64C4" w:rsidRPr="00353E62" w14:paraId="5B685C22" w14:textId="77777777">
        <w:tc>
          <w:tcPr>
            <w:tcW w:w="3024" w:type="dxa"/>
          </w:tcPr>
          <w:p w14:paraId="65F6DA88" w14:textId="77777777" w:rsidR="009A64C4" w:rsidRPr="00353E62" w:rsidRDefault="00BE70F3">
            <w:pPr>
              <w:rPr>
                <w:rFonts w:ascii="Palatino Linotype" w:hAnsi="Palatino Linotype"/>
              </w:rPr>
            </w:pPr>
            <w:r w:rsidRPr="00353E62">
              <w:rPr>
                <w:rFonts w:ascii="Palatino Linotype" w:hAnsi="Palatino Linotype"/>
              </w:rPr>
              <w:t>Motivation (why does it matter *to them*?)</w:t>
            </w:r>
          </w:p>
        </w:tc>
        <w:tc>
          <w:tcPr>
            <w:tcW w:w="6912" w:type="dxa"/>
          </w:tcPr>
          <w:p w14:paraId="4A2A7F74" w14:textId="77777777" w:rsidR="009A64C4" w:rsidRPr="00353E62" w:rsidRDefault="009A64C4">
            <w:pPr>
              <w:rPr>
                <w:rFonts w:ascii="Palatino Linotype" w:hAnsi="Palatino Linotype"/>
              </w:rPr>
            </w:pPr>
          </w:p>
        </w:tc>
      </w:tr>
      <w:tr w:rsidR="009A64C4" w:rsidRPr="00353E62" w14:paraId="38F846CC" w14:textId="77777777">
        <w:tc>
          <w:tcPr>
            <w:tcW w:w="3024" w:type="dxa"/>
          </w:tcPr>
          <w:p w14:paraId="4DA359C5" w14:textId="77777777" w:rsidR="009A64C4" w:rsidRPr="00353E62" w:rsidRDefault="00BE70F3">
            <w:pPr>
              <w:rPr>
                <w:rFonts w:ascii="Palatino Linotype" w:hAnsi="Palatino Linotype"/>
              </w:rPr>
            </w:pPr>
            <w:r w:rsidRPr="00353E62">
              <w:rPr>
                <w:rFonts w:ascii="Palatino Linotype" w:hAnsi="Palatino Linotype"/>
              </w:rPr>
              <w:t>Conflict (what blocks it?)</w:t>
            </w:r>
          </w:p>
        </w:tc>
        <w:tc>
          <w:tcPr>
            <w:tcW w:w="6912" w:type="dxa"/>
          </w:tcPr>
          <w:p w14:paraId="0EB7B71B" w14:textId="77777777" w:rsidR="009A64C4" w:rsidRPr="00353E62" w:rsidRDefault="009A64C4">
            <w:pPr>
              <w:rPr>
                <w:rFonts w:ascii="Palatino Linotype" w:hAnsi="Palatino Linotype"/>
              </w:rPr>
            </w:pPr>
          </w:p>
        </w:tc>
      </w:tr>
      <w:tr w:rsidR="009A64C4" w:rsidRPr="00353E62" w14:paraId="7D82B8E2" w14:textId="77777777">
        <w:tc>
          <w:tcPr>
            <w:tcW w:w="3024" w:type="dxa"/>
          </w:tcPr>
          <w:p w14:paraId="27C0DE99" w14:textId="77777777" w:rsidR="009A64C4" w:rsidRPr="00353E62" w:rsidRDefault="00BE70F3">
            <w:pPr>
              <w:rPr>
                <w:rFonts w:ascii="Palatino Linotype" w:hAnsi="Palatino Linotype"/>
              </w:rPr>
            </w:pPr>
            <w:r w:rsidRPr="00353E62">
              <w:rPr>
                <w:rFonts w:ascii="Palatino Linotype" w:hAnsi="Palatino Linotype"/>
              </w:rPr>
              <w:t>Outcome (win/lose/partial)</w:t>
            </w:r>
          </w:p>
        </w:tc>
        <w:tc>
          <w:tcPr>
            <w:tcW w:w="6912" w:type="dxa"/>
          </w:tcPr>
          <w:p w14:paraId="2D2848EF" w14:textId="77777777" w:rsidR="009A64C4" w:rsidRPr="00353E62" w:rsidRDefault="009A64C4">
            <w:pPr>
              <w:rPr>
                <w:rFonts w:ascii="Palatino Linotype" w:hAnsi="Palatino Linotype"/>
              </w:rPr>
            </w:pPr>
          </w:p>
        </w:tc>
      </w:tr>
      <w:tr w:rsidR="009A64C4" w:rsidRPr="00353E62" w14:paraId="29E822E9" w14:textId="77777777">
        <w:tc>
          <w:tcPr>
            <w:tcW w:w="3024" w:type="dxa"/>
          </w:tcPr>
          <w:p w14:paraId="1AFBC1EC" w14:textId="77777777" w:rsidR="009A64C4" w:rsidRPr="00353E62" w:rsidRDefault="00BE70F3">
            <w:pPr>
              <w:rPr>
                <w:rFonts w:ascii="Palatino Linotype" w:hAnsi="Palatino Linotype"/>
              </w:rPr>
            </w:pPr>
            <w:r w:rsidRPr="00353E62">
              <w:rPr>
                <w:rFonts w:ascii="Palatino Linotype" w:hAnsi="Palatino Linotype"/>
              </w:rPr>
              <w:t>Consequence (what changes next?)</w:t>
            </w:r>
          </w:p>
        </w:tc>
        <w:tc>
          <w:tcPr>
            <w:tcW w:w="6912" w:type="dxa"/>
          </w:tcPr>
          <w:p w14:paraId="474B2C1D" w14:textId="77777777" w:rsidR="009A64C4" w:rsidRPr="00353E62" w:rsidRDefault="009A64C4">
            <w:pPr>
              <w:rPr>
                <w:rFonts w:ascii="Palatino Linotype" w:hAnsi="Palatino Linotype"/>
              </w:rPr>
            </w:pPr>
          </w:p>
        </w:tc>
      </w:tr>
    </w:tbl>
    <w:p w14:paraId="49901E55" w14:textId="77777777" w:rsidR="009A64C4" w:rsidRPr="00353E62" w:rsidRDefault="009A64C4">
      <w:pPr>
        <w:rPr>
          <w:rFonts w:ascii="Palatino Linotype" w:hAnsi="Palatino Linotype"/>
        </w:rPr>
      </w:pPr>
    </w:p>
    <w:p w14:paraId="38E88CFA" w14:textId="07746157" w:rsidR="009A64C4" w:rsidRPr="00353E62" w:rsidRDefault="00BE70F3">
      <w:pPr>
        <w:pStyle w:val="Heading1"/>
        <w:rPr>
          <w:rFonts w:ascii="Palatino Linotype" w:hAnsi="Palatino Linotype"/>
        </w:rPr>
      </w:pPr>
      <w:r w:rsidRPr="00353E62">
        <w:rPr>
          <w:rFonts w:ascii="Palatino Linotype" w:hAnsi="Palatino Linotype"/>
        </w:rPr>
        <w:t xml:space="preserve">“Why now?” </w:t>
      </w:r>
      <w:r w:rsidR="00353E62">
        <w:rPr>
          <w:rFonts w:ascii="Palatino Linotype" w:hAnsi="Palatino Linotype"/>
        </w:rPr>
        <w:t>U</w:t>
      </w:r>
      <w:r w:rsidRPr="00353E62">
        <w:rPr>
          <w:rFonts w:ascii="Palatino Linotype" w:hAnsi="Palatino Linotype"/>
        </w:rPr>
        <w:t xml:space="preserve">rgency </w:t>
      </w:r>
      <w:r w:rsidR="00353E62">
        <w:rPr>
          <w:rFonts w:ascii="Palatino Linotype" w:hAnsi="Palatino Linotype"/>
        </w:rPr>
        <w:t>Q</w:t>
      </w:r>
      <w:r w:rsidRPr="00353E62">
        <w:rPr>
          <w:rFonts w:ascii="Palatino Linotype" w:hAnsi="Palatino Linotype"/>
        </w:rPr>
        <w:t>uestions</w:t>
      </w:r>
    </w:p>
    <w:p w14:paraId="4C753474" w14:textId="77777777" w:rsidR="009A64C4" w:rsidRPr="00353E62" w:rsidRDefault="00BE70F3">
      <w:pPr>
        <w:rPr>
          <w:rFonts w:ascii="Palatino Linotype" w:hAnsi="Palatino Linotype"/>
        </w:rPr>
      </w:pPr>
      <w:r w:rsidRPr="00353E62">
        <w:rPr>
          <w:rFonts w:ascii="Segoe UI Symbol" w:hAnsi="Segoe UI Symbol" w:cs="Segoe UI Symbol"/>
        </w:rPr>
        <w:t>☐</w:t>
      </w:r>
      <w:r w:rsidRPr="00353E62">
        <w:rPr>
          <w:rFonts w:ascii="Palatino Linotype" w:hAnsi="Palatino Linotype"/>
        </w:rPr>
        <w:t xml:space="preserve"> Why today? (What makes this moment unavoidable?)</w:t>
      </w:r>
    </w:p>
    <w:p w14:paraId="476A139E" w14:textId="77777777" w:rsidR="009A64C4" w:rsidRPr="00353E62" w:rsidRDefault="00BE70F3">
      <w:pPr>
        <w:rPr>
          <w:rFonts w:ascii="Palatino Linotype" w:hAnsi="Palatino Linotype"/>
        </w:rPr>
      </w:pPr>
      <w:r w:rsidRPr="00353E62">
        <w:rPr>
          <w:rFonts w:ascii="Segoe UI Symbol" w:hAnsi="Segoe UI Symbol" w:cs="Segoe UI Symbol"/>
        </w:rPr>
        <w:t>☐</w:t>
      </w:r>
      <w:r w:rsidRPr="00353E62">
        <w:rPr>
          <w:rFonts w:ascii="Palatino Linotype" w:hAnsi="Palatino Linotype"/>
        </w:rPr>
        <w:t xml:space="preserve"> What worsens if they wait?</w:t>
      </w:r>
    </w:p>
    <w:p w14:paraId="4B7F6732" w14:textId="77777777" w:rsidR="009A64C4" w:rsidRPr="00353E62" w:rsidRDefault="00BE70F3">
      <w:pPr>
        <w:rPr>
          <w:rFonts w:ascii="Palatino Linotype" w:hAnsi="Palatino Linotype"/>
        </w:rPr>
      </w:pPr>
      <w:r w:rsidRPr="00353E62">
        <w:rPr>
          <w:rFonts w:ascii="Segoe UI Symbol" w:hAnsi="Segoe UI Symbol" w:cs="Segoe UI Symbol"/>
        </w:rPr>
        <w:t>☐</w:t>
      </w:r>
      <w:r w:rsidRPr="00353E62">
        <w:rPr>
          <w:rFonts w:ascii="Palatino Linotype" w:hAnsi="Palatino Linotype"/>
        </w:rPr>
        <w:t xml:space="preserve"> What closes off as time passes?</w:t>
      </w:r>
    </w:p>
    <w:p w14:paraId="71A6B7FC" w14:textId="77777777" w:rsidR="009A64C4" w:rsidRPr="00353E62" w:rsidRDefault="00BE70F3">
      <w:pPr>
        <w:rPr>
          <w:rFonts w:ascii="Palatino Linotype" w:hAnsi="Palatino Linotype"/>
        </w:rPr>
      </w:pPr>
      <w:r w:rsidRPr="00353E62">
        <w:rPr>
          <w:rFonts w:ascii="Palatino Linotype" w:hAnsi="Palatino Linotype"/>
        </w:rPr>
        <w:t>Write the urgency in one line:</w:t>
      </w:r>
    </w:p>
    <w:p w14:paraId="23ED420C" w14:textId="77777777" w:rsidR="009A64C4" w:rsidRPr="00353E62" w:rsidRDefault="00BE70F3">
      <w:pPr>
        <w:rPr>
          <w:rFonts w:ascii="Palatino Linotype" w:hAnsi="Palatino Linotype"/>
        </w:rPr>
      </w:pPr>
      <w:r w:rsidRPr="00353E62">
        <w:rPr>
          <w:rFonts w:ascii="Palatino Linotype" w:hAnsi="Palatino Linotype"/>
        </w:rPr>
        <w:t>______________________________________________________________</w:t>
      </w:r>
    </w:p>
    <w:p w14:paraId="600B97CE" w14:textId="5347FD4B" w:rsidR="009A64C4" w:rsidRPr="00353E62" w:rsidRDefault="00BE70F3">
      <w:pPr>
        <w:pStyle w:val="Heading1"/>
        <w:rPr>
          <w:rFonts w:ascii="Palatino Linotype" w:hAnsi="Palatino Linotype"/>
        </w:rPr>
      </w:pPr>
      <w:r w:rsidRPr="00353E62">
        <w:rPr>
          <w:rFonts w:ascii="Palatino Linotype" w:hAnsi="Palatino Linotype"/>
        </w:rPr>
        <w:t xml:space="preserve">Optional </w:t>
      </w:r>
      <w:r w:rsidR="00353E62">
        <w:rPr>
          <w:rFonts w:ascii="Palatino Linotype" w:hAnsi="Palatino Linotype"/>
        </w:rPr>
        <w:t>S</w:t>
      </w:r>
      <w:r w:rsidRPr="00353E62">
        <w:rPr>
          <w:rFonts w:ascii="Palatino Linotype" w:hAnsi="Palatino Linotype"/>
        </w:rPr>
        <w:t xml:space="preserve">cene </w:t>
      </w:r>
      <w:r w:rsidR="00353E62">
        <w:rPr>
          <w:rFonts w:ascii="Palatino Linotype" w:hAnsi="Palatino Linotype"/>
        </w:rPr>
        <w:t>T</w:t>
      </w:r>
      <w:r w:rsidRPr="00353E62">
        <w:rPr>
          <w:rFonts w:ascii="Palatino Linotype" w:hAnsi="Palatino Linotype"/>
        </w:rPr>
        <w:t>est</w:t>
      </w:r>
    </w:p>
    <w:p w14:paraId="37CBA4AF" w14:textId="77777777" w:rsidR="009A64C4" w:rsidRPr="00353E62" w:rsidRDefault="00BE70F3">
      <w:pPr>
        <w:rPr>
          <w:rFonts w:ascii="Palatino Linotype" w:hAnsi="Palatino Linotype"/>
        </w:rPr>
      </w:pPr>
      <w:r w:rsidRPr="00353E62">
        <w:rPr>
          <w:rFonts w:ascii="Palatino Linotype" w:hAnsi="Palatino Linotype"/>
        </w:rPr>
        <w:t>If this scene vanished, what breaks? (plot logic, character arc, relationship, clue chain, stakes)</w:t>
      </w:r>
    </w:p>
    <w:p w14:paraId="1A79A82A" w14:textId="77777777" w:rsidR="009A64C4" w:rsidRPr="00353E62" w:rsidRDefault="00BE70F3">
      <w:pPr>
        <w:rPr>
          <w:rFonts w:ascii="Palatino Linotype" w:hAnsi="Palatino Linotype"/>
        </w:rPr>
      </w:pPr>
      <w:r w:rsidRPr="00353E62">
        <w:rPr>
          <w:rFonts w:ascii="Palatino Linotype" w:hAnsi="Palatino Linotype"/>
        </w:rPr>
        <w:t>______________________________________________________________</w:t>
      </w:r>
    </w:p>
    <w:p w14:paraId="7AB172B2" w14:textId="2F4588B2" w:rsidR="009A64C4" w:rsidRPr="00353E62" w:rsidRDefault="00BE70F3">
      <w:pPr>
        <w:rPr>
          <w:rFonts w:ascii="Palatino Linotype" w:hAnsi="Palatino Linotype"/>
        </w:rPr>
      </w:pPr>
      <w:r w:rsidRPr="00353E62">
        <w:rPr>
          <w:rFonts w:ascii="Palatino Linotype" w:hAnsi="Palatino Linotype"/>
        </w:rPr>
        <w:t xml:space="preserve">If nothing breaks, </w:t>
      </w:r>
      <w:r w:rsidR="00D86D6E">
        <w:rPr>
          <w:rFonts w:ascii="Palatino Linotype" w:hAnsi="Palatino Linotype"/>
        </w:rPr>
        <w:t>can it be</w:t>
      </w:r>
      <w:r w:rsidRPr="00353E62">
        <w:rPr>
          <w:rFonts w:ascii="Palatino Linotype" w:hAnsi="Palatino Linotype"/>
        </w:rPr>
        <w:t xml:space="preserve"> (circle):  combine</w:t>
      </w:r>
      <w:r w:rsidR="00D86D6E">
        <w:rPr>
          <w:rFonts w:ascii="Palatino Linotype" w:hAnsi="Palatino Linotype"/>
        </w:rPr>
        <w:t>d</w:t>
      </w:r>
      <w:r w:rsidRPr="00353E62">
        <w:rPr>
          <w:rFonts w:ascii="Palatino Linotype" w:hAnsi="Palatino Linotype"/>
        </w:rPr>
        <w:t xml:space="preserve">  /  cut  /  rework</w:t>
      </w:r>
      <w:r w:rsidR="00D86D6E">
        <w:rPr>
          <w:rFonts w:ascii="Palatino Linotype" w:hAnsi="Palatino Linotype"/>
        </w:rPr>
        <w:t>ed</w:t>
      </w:r>
      <w:r w:rsidRPr="00353E62">
        <w:rPr>
          <w:rFonts w:ascii="Palatino Linotype" w:hAnsi="Palatino Linotype"/>
        </w:rPr>
        <w:t xml:space="preserve"> into a cost-bearing beat</w:t>
      </w:r>
    </w:p>
    <w:sectPr w:rsidR="009A64C4" w:rsidRPr="00353E62" w:rsidSect="00034616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43436778">
    <w:abstractNumId w:val="8"/>
  </w:num>
  <w:num w:numId="2" w16cid:durableId="583220618">
    <w:abstractNumId w:val="6"/>
  </w:num>
  <w:num w:numId="3" w16cid:durableId="1578514525">
    <w:abstractNumId w:val="5"/>
  </w:num>
  <w:num w:numId="4" w16cid:durableId="1816871120">
    <w:abstractNumId w:val="4"/>
  </w:num>
  <w:num w:numId="5" w16cid:durableId="1457333843">
    <w:abstractNumId w:val="7"/>
  </w:num>
  <w:num w:numId="6" w16cid:durableId="557011855">
    <w:abstractNumId w:val="3"/>
  </w:num>
  <w:num w:numId="7" w16cid:durableId="5402222">
    <w:abstractNumId w:val="2"/>
  </w:num>
  <w:num w:numId="8" w16cid:durableId="1430738953">
    <w:abstractNumId w:val="1"/>
  </w:num>
  <w:num w:numId="9" w16cid:durableId="2004893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409A"/>
    <w:rsid w:val="0015074B"/>
    <w:rsid w:val="0029639D"/>
    <w:rsid w:val="00326F90"/>
    <w:rsid w:val="00353E62"/>
    <w:rsid w:val="008A3EF7"/>
    <w:rsid w:val="009A64C4"/>
    <w:rsid w:val="00AA1D8D"/>
    <w:rsid w:val="00B47730"/>
    <w:rsid w:val="00CB0664"/>
    <w:rsid w:val="00D86D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36C55FA-8C01-4054-BA05-01DFB77D1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353E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geediting.com/services" TargetMode="External"/><Relationship Id="rId3" Type="http://schemas.openxmlformats.org/officeDocument/2006/relationships/styles" Target="styles.xml"/><Relationship Id="rId7" Type="http://schemas.openxmlformats.org/officeDocument/2006/relationships/hyperlink" Target="https://sageediting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ashboard.mailerlite.com/forms/1373600/148612333577439031/sh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Shannon Scott</cp:lastModifiedBy>
  <cp:revision>4</cp:revision>
  <dcterms:created xsi:type="dcterms:W3CDTF">2013-12-23T23:15:00Z</dcterms:created>
  <dcterms:modified xsi:type="dcterms:W3CDTF">2026-04-02T20:25:00Z</dcterms:modified>
  <cp:category/>
</cp:coreProperties>
</file>